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8AC6" w14:textId="77777777" w:rsidR="002F0827" w:rsidRDefault="007E5B07">
      <w:pPr>
        <w:spacing w:after="2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24"/>
        </w:rPr>
        <w:t>OSNOVNA ŠKOLA NEDELIŠĆE</w:t>
      </w:r>
    </w:p>
    <w:p w14:paraId="2C4691AB" w14:textId="77777777" w:rsidR="002F0827" w:rsidRDefault="007E5B07">
      <w:pPr>
        <w:spacing w:after="8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36"/>
        </w:rPr>
        <w:t>KRITERIJI VREDNOVANJA UČENIKA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3742"/>
        <w:gridCol w:w="3742"/>
        <w:gridCol w:w="3742"/>
      </w:tblGrid>
      <w:tr w:rsidR="002F0827" w14:paraId="5D08D8FB" w14:textId="77777777">
        <w:trPr>
          <w:jc w:val="center"/>
        </w:trPr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A4F0864" w14:textId="77777777" w:rsidR="002F0827" w:rsidRDefault="007E5B07">
            <w:pPr>
              <w:rPr>
                <w:rFonts w:hint="eastAsia"/>
              </w:rPr>
            </w:pPr>
            <w:r>
              <w:rPr>
                <w:sz w:val="18"/>
              </w:rPr>
              <w:t>Predmet</w:t>
            </w:r>
            <w:r>
              <w:rPr>
                <w:sz w:val="18"/>
              </w:rPr>
              <w:br/>
              <w:t>Informatika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501B1CE" w14:textId="77777777" w:rsidR="002F0827" w:rsidRDefault="007E5B07">
            <w:pPr>
              <w:rPr>
                <w:rFonts w:hint="eastAsia"/>
              </w:rPr>
            </w:pPr>
            <w:r>
              <w:rPr>
                <w:sz w:val="18"/>
              </w:rPr>
              <w:t>Učiteljica</w:t>
            </w:r>
            <w:r>
              <w:rPr>
                <w:sz w:val="18"/>
              </w:rPr>
              <w:br/>
              <w:t>Marina Grabar Branilović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D0EFEA2" w14:textId="77777777" w:rsidR="002F0827" w:rsidRDefault="007E5B07">
            <w:pPr>
              <w:rPr>
                <w:rFonts w:hint="eastAsia"/>
              </w:rPr>
            </w:pPr>
            <w:r>
              <w:rPr>
                <w:sz w:val="18"/>
              </w:rPr>
              <w:t>Razred</w:t>
            </w:r>
            <w:r>
              <w:rPr>
                <w:sz w:val="18"/>
              </w:rPr>
              <w:br/>
              <w:t>6.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34B5BAD" w14:textId="77777777" w:rsidR="002F0827" w:rsidRDefault="007E5B07">
            <w:pPr>
              <w:rPr>
                <w:rFonts w:hint="eastAsia"/>
              </w:rPr>
            </w:pPr>
            <w:r>
              <w:rPr>
                <w:sz w:val="18"/>
              </w:rPr>
              <w:t>Školska godina</w:t>
            </w:r>
            <w:r>
              <w:rPr>
                <w:sz w:val="18"/>
              </w:rPr>
              <w:br/>
              <w:t>2026./2027.</w:t>
            </w:r>
          </w:p>
        </w:tc>
      </w:tr>
    </w:tbl>
    <w:p w14:paraId="37790CEB" w14:textId="77777777" w:rsidR="002F0827" w:rsidRDefault="007E5B07">
      <w:pPr>
        <w:pStyle w:val="Naslov1"/>
      </w:pPr>
      <w:r>
        <w:t>1. Elementi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11452"/>
      </w:tblGrid>
      <w:tr w:rsidR="002F0827" w14:paraId="5429979F" w14:textId="77777777">
        <w:trPr>
          <w:cantSplit/>
          <w:tblHeader/>
          <w:jc w:val="center"/>
        </w:trPr>
        <w:tc>
          <w:tcPr>
            <w:tcW w:w="351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F17740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Element vrednovanja</w:t>
            </w:r>
          </w:p>
        </w:tc>
        <w:tc>
          <w:tcPr>
            <w:tcW w:w="1145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78B0F5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Sadržaj i oblici praćenja</w:t>
            </w:r>
          </w:p>
        </w:tc>
      </w:tr>
      <w:tr w:rsidR="002F0827" w14:paraId="1293275B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AA88E6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Usvojenost znanja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52CD19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Poznavanje, razumijevanje i pravilna uporaba informatičkih pojmova, pravila i postupaka; sigurno, odgovorno i svrhovito korištenje digitalne tehnologije. Vrednuje se usmeno, pisano i kroz praktične zadatke.</w:t>
            </w:r>
          </w:p>
        </w:tc>
      </w:tr>
      <w:tr w:rsidR="002F0827" w14:paraId="1DD28F34" w14:textId="77777777">
        <w:trPr>
          <w:cantSplit/>
          <w:jc w:val="center"/>
        </w:trPr>
        <w:tc>
          <w:tcPr>
            <w:tcW w:w="351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59776C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Rješavanje problema</w:t>
            </w:r>
          </w:p>
        </w:tc>
        <w:tc>
          <w:tcPr>
            <w:tcW w:w="1145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4727E7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Primjena logičkog i algorita</w:t>
            </w:r>
            <w:r>
              <w:rPr>
                <w:sz w:val="18"/>
              </w:rPr>
              <w:t>mskog razmišljanja, raščlanjivanje problema, planiranje i izvođenje postupka, provjera rješenja, uočavanje i ispravljanje pogrešaka te primjena znanja u novim situacijama.</w:t>
            </w:r>
          </w:p>
        </w:tc>
      </w:tr>
      <w:tr w:rsidR="002F0827" w14:paraId="5B8A3477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CC7FE7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Digitalni sadržaji i suradnja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539BBC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Izrada, uređivanje i predstavljanje </w:t>
            </w:r>
            <w:r>
              <w:rPr>
                <w:sz w:val="18"/>
              </w:rPr>
              <w:t>digitalnih sadržaja; primjeren odabir alata, organizacija i kvaliteta rada, poštovanje privatnosti i autorskih prava te odgovorna komunikacija i suradnja u digitalnom okruženju.</w:t>
            </w:r>
          </w:p>
        </w:tc>
      </w:tr>
    </w:tbl>
    <w:p w14:paraId="600BA9C5" w14:textId="77777777" w:rsidR="002F0827" w:rsidRDefault="007E5B07">
      <w:pPr>
        <w:pStyle w:val="Naslov1"/>
      </w:pPr>
      <w:r>
        <w:t>2. Oblici i okvirni broj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4082"/>
        <w:gridCol w:w="6690"/>
      </w:tblGrid>
      <w:tr w:rsidR="002F0827" w14:paraId="25928733" w14:textId="77777777">
        <w:trPr>
          <w:cantSplit/>
          <w:tblHeader/>
          <w:jc w:val="center"/>
        </w:trPr>
        <w:tc>
          <w:tcPr>
            <w:tcW w:w="419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7CE407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Oblik vrednovanja</w:t>
            </w:r>
          </w:p>
        </w:tc>
        <w:tc>
          <w:tcPr>
            <w:tcW w:w="408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44A4E0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Okvirni broj</w:t>
            </w:r>
          </w:p>
        </w:tc>
        <w:tc>
          <w:tcPr>
            <w:tcW w:w="669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761864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Planirani</w:t>
            </w:r>
            <w:r>
              <w:rPr>
                <w:b/>
                <w:color w:val="FFFFFF"/>
                <w:sz w:val="18"/>
              </w:rPr>
              <w:t xml:space="preserve"> termin</w:t>
            </w:r>
          </w:p>
        </w:tc>
      </w:tr>
      <w:tr w:rsidR="002F0827" w14:paraId="3E9F7AF3" w14:textId="77777777">
        <w:trPr>
          <w:cantSplit/>
          <w:jc w:val="center"/>
        </w:trPr>
        <w:tc>
          <w:tcPr>
            <w:tcW w:w="419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598553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Usmena provjera</w:t>
            </w:r>
          </w:p>
        </w:tc>
        <w:tc>
          <w:tcPr>
            <w:tcW w:w="408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5C73CD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do 2 puta</w:t>
            </w:r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D37796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  <w:tr w:rsidR="002F0827" w14:paraId="757EB1B9" w14:textId="77777777">
        <w:trPr>
          <w:cantSplit/>
          <w:jc w:val="center"/>
        </w:trPr>
        <w:tc>
          <w:tcPr>
            <w:tcW w:w="419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3CA4BB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Pisana provjera</w:t>
            </w:r>
          </w:p>
        </w:tc>
        <w:tc>
          <w:tcPr>
            <w:tcW w:w="408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88555A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u prvom polugodištu; 2 u drugom polugodištu</w:t>
            </w:r>
          </w:p>
        </w:tc>
        <w:tc>
          <w:tcPr>
            <w:tcW w:w="669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3F391B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prema godišnjem izvedbenom kurikulumu</w:t>
            </w:r>
          </w:p>
        </w:tc>
      </w:tr>
      <w:tr w:rsidR="002F0827" w14:paraId="0AB94BA8" w14:textId="77777777">
        <w:trPr>
          <w:cantSplit/>
          <w:jc w:val="center"/>
        </w:trPr>
        <w:tc>
          <w:tcPr>
            <w:tcW w:w="419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74FC26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Praktični rad / digitalni uradak / projekt</w:t>
            </w:r>
          </w:p>
        </w:tc>
        <w:tc>
          <w:tcPr>
            <w:tcW w:w="408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F9EDAF" w14:textId="7D2ABABA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do </w:t>
            </w:r>
            <w:r w:rsidR="003E21C6">
              <w:rPr>
                <w:sz w:val="18"/>
              </w:rPr>
              <w:t>5</w:t>
            </w:r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202F09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</w:tbl>
    <w:p w14:paraId="01982847" w14:textId="77777777" w:rsidR="002F0827" w:rsidRDefault="007E5B07">
      <w:pPr>
        <w:pStyle w:val="Naslov1"/>
      </w:pPr>
      <w:r>
        <w:t xml:space="preserve">3. Opći </w:t>
      </w:r>
      <w:r>
        <w:t>kriteriji za ocjene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3039"/>
      </w:tblGrid>
      <w:tr w:rsidR="002F0827" w14:paraId="48CA1C54" w14:textId="77777777">
        <w:trPr>
          <w:cantSplit/>
          <w:tblHeader/>
          <w:jc w:val="center"/>
        </w:trPr>
        <w:tc>
          <w:tcPr>
            <w:tcW w:w="192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4DE0C4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Ocjena</w:t>
            </w:r>
          </w:p>
        </w:tc>
        <w:tc>
          <w:tcPr>
            <w:tcW w:w="1303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B4A927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Razina ostvarenosti odgojno-obrazovnih ishoda</w:t>
            </w:r>
          </w:p>
        </w:tc>
      </w:tr>
      <w:tr w:rsidR="002F0827" w14:paraId="1CE97D0A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AD9038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2 – dovoljan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8275AE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prepoznaje temeljne pojmove i uz pomoć primjenjuje osnovne postupke i pravila u poznatim situacijama. Prema uputama rješava jednostavan problem, izrađuje </w:t>
            </w:r>
            <w:r>
              <w:rPr>
                <w:sz w:val="17"/>
              </w:rPr>
              <w:t>osnovni digitalni sadržaj te uglavnom poštuje pravila sigurnosti, privatnosti i suradnje.</w:t>
            </w:r>
          </w:p>
        </w:tc>
      </w:tr>
      <w:tr w:rsidR="002F0827" w14:paraId="17529C4D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6EA09B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3 – dobar</w:t>
            </w:r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142815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Učenik uglavnom samostalno objašnjava pojmove, primjenjuje naučene postupke i rješava jednostavne probleme. Planira osnovne korake, uz manju pomoć ispravlj</w:t>
            </w:r>
            <w:r>
              <w:rPr>
                <w:sz w:val="17"/>
              </w:rPr>
              <w:t>a pogreške te izrađuje funkcionalan digitalni sadržaj i primjereno sudjeluje u zajedničkom radu.</w:t>
            </w:r>
          </w:p>
        </w:tc>
      </w:tr>
      <w:tr w:rsidR="002F0827" w14:paraId="2166B951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42F450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4 – vrlo dobar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A37FB3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samostalno povezuje i primjenjuje znanja u složenijim poznatim situacijama. Raščlanjuje problem, odabire učinkovit postupak, </w:t>
            </w:r>
            <w:r>
              <w:rPr>
                <w:sz w:val="17"/>
              </w:rPr>
              <w:t>provjerava rješenje te izrađuje kvalitetan i dobro organiziran digitalni sadržaj uz odgovornu komunikaciju i suradnju.</w:t>
            </w:r>
          </w:p>
        </w:tc>
      </w:tr>
      <w:tr w:rsidR="002F0827" w14:paraId="2AD46DE8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E0103E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lastRenderedPageBreak/>
              <w:t>5 – odličan</w:t>
            </w:r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DC2717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Učenik potpuno, sigurno i samostalno primjenjuje znanja u novim i problemskim situacijama. Uspoređuje moguća rješenja, obraz</w:t>
            </w:r>
            <w:r>
              <w:rPr>
                <w:sz w:val="17"/>
              </w:rPr>
              <w:t>laže odabir, sustavno otklanja pogreške te stvara originalne, svrhovite i tehnički kvalitetne digitalne sadržaje poštujući etička i pravna pravila.</w:t>
            </w:r>
          </w:p>
        </w:tc>
      </w:tr>
    </w:tbl>
    <w:p w14:paraId="32891AE0" w14:textId="77777777" w:rsidR="002F0827" w:rsidRDefault="007E5B07">
      <w:pPr>
        <w:pStyle w:val="Naslov1"/>
      </w:pPr>
      <w:r>
        <w:t>4. Pisane i praktične provjere – bodovni pragovi</w:t>
      </w:r>
    </w:p>
    <w:p w14:paraId="50D8C2B0" w14:textId="77777777" w:rsidR="002F0827" w:rsidRDefault="007E5B07">
      <w:pPr>
        <w:keepNext/>
        <w:rPr>
          <w:rFonts w:hint="eastAsia"/>
        </w:rPr>
      </w:pPr>
      <w:r>
        <w:t>Pisanom ili praktičnom provjerom vrednuju se razumijevanje</w:t>
      </w:r>
      <w:r>
        <w:t xml:space="preserve"> informatičkih sadržaja, primjena postupaka i rješavanje zadataka. Kod praktičnog rada boduju se jasno navedene radnje, točnost, funkcionalnost rješenja i primjena dogovorenih pravila.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9865"/>
      </w:tblGrid>
      <w:tr w:rsidR="002F0827" w14:paraId="300A9DE5" w14:textId="77777777">
        <w:trPr>
          <w:cantSplit/>
          <w:tblHeader/>
          <w:jc w:val="center"/>
        </w:trPr>
        <w:tc>
          <w:tcPr>
            <w:tcW w:w="510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B1C66F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Ocjena</w:t>
            </w:r>
          </w:p>
        </w:tc>
        <w:tc>
          <w:tcPr>
            <w:tcW w:w="986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166AC4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Postotak ostvarenih bodova</w:t>
            </w:r>
          </w:p>
        </w:tc>
      </w:tr>
      <w:tr w:rsidR="002F0827" w14:paraId="539E9BF0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5838FA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– nedovoljan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8EA00B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0–39 %</w:t>
            </w:r>
          </w:p>
        </w:tc>
      </w:tr>
      <w:tr w:rsidR="002F0827" w14:paraId="7F07403C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D12D25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2 – </w:t>
            </w:r>
            <w:r>
              <w:rPr>
                <w:sz w:val="18"/>
              </w:rPr>
              <w:t>dovoljan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BD8796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40–55 %</w:t>
            </w:r>
          </w:p>
        </w:tc>
      </w:tr>
      <w:tr w:rsidR="002F0827" w14:paraId="4A285BFC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382738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3 – dobar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457F11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56–70 %</w:t>
            </w:r>
          </w:p>
        </w:tc>
      </w:tr>
      <w:tr w:rsidR="002F0827" w14:paraId="5426BED1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5D9DDA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 – vrlo dobar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7D7CB9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71–85 %</w:t>
            </w:r>
          </w:p>
        </w:tc>
      </w:tr>
      <w:tr w:rsidR="002F0827" w14:paraId="44788CE2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732A32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5 – odličan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26AAEF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86–100 %</w:t>
            </w:r>
          </w:p>
        </w:tc>
      </w:tr>
    </w:tbl>
    <w:p w14:paraId="5FC18FE5" w14:textId="77777777" w:rsidR="002F0827" w:rsidRDefault="007E5B07">
      <w:pPr>
        <w:pStyle w:val="Naslov1"/>
      </w:pPr>
      <w:r>
        <w:t>5. Kriteriji prema elementima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3146"/>
        <w:gridCol w:w="3146"/>
        <w:gridCol w:w="3146"/>
        <w:gridCol w:w="3203"/>
      </w:tblGrid>
      <w:tr w:rsidR="002F0827" w14:paraId="3FC5A250" w14:textId="77777777">
        <w:trPr>
          <w:cantSplit/>
          <w:tblHeader/>
          <w:jc w:val="center"/>
        </w:trPr>
        <w:tc>
          <w:tcPr>
            <w:tcW w:w="232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BA1D35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Element</w:t>
            </w:r>
          </w:p>
        </w:tc>
        <w:tc>
          <w:tcPr>
            <w:tcW w:w="314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FF4C00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2 – dovoljan</w:t>
            </w:r>
          </w:p>
        </w:tc>
        <w:tc>
          <w:tcPr>
            <w:tcW w:w="314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137C5B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3 – dobar</w:t>
            </w:r>
          </w:p>
        </w:tc>
        <w:tc>
          <w:tcPr>
            <w:tcW w:w="314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969F86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4 – vrlo dobar</w:t>
            </w:r>
          </w:p>
        </w:tc>
        <w:tc>
          <w:tcPr>
            <w:tcW w:w="3203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72CA3F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5 – odličan</w:t>
            </w:r>
          </w:p>
        </w:tc>
      </w:tr>
      <w:tr w:rsidR="002F0827" w14:paraId="111C1AD5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F09F39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Usvojenost znanja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18FE1C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 xml:space="preserve">Prepoznaje osnovne pojmove, pravila i postupke te ih </w:t>
            </w:r>
            <w:r>
              <w:rPr>
                <w:sz w:val="15"/>
              </w:rPr>
              <w:t>uz pomoć primjenjuje.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D95F0C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Uglavnom samostalno objašnjava pojmove i pravilno primjenjuje osnovne postupke.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203856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Samostalno povezuje znanja, precizno objašnjava postupke i primjenjuje ih u složenijim poznatim situacijama.</w:t>
            </w:r>
          </w:p>
        </w:tc>
        <w:tc>
          <w:tcPr>
            <w:tcW w:w="32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1E0113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Kritički povezuje i obrazlaže znanja, procjen</w:t>
            </w:r>
            <w:r>
              <w:rPr>
                <w:sz w:val="15"/>
              </w:rPr>
              <w:t>juje prikladnost postupaka i samostalno ih primjenjuje u novim situacijama.</w:t>
            </w:r>
          </w:p>
        </w:tc>
      </w:tr>
      <w:tr w:rsidR="002F0827" w14:paraId="655C58DC" w14:textId="77777777">
        <w:trPr>
          <w:cantSplit/>
          <w:jc w:val="center"/>
        </w:trPr>
        <w:tc>
          <w:tcPr>
            <w:tcW w:w="2324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3E2A8D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Rješavanje problema</w:t>
            </w:r>
          </w:p>
        </w:tc>
        <w:tc>
          <w:tcPr>
            <w:tcW w:w="3146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F366DF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Uz pomoć raščlanjuje jednostavan problem i slijedi zadani postupak.</w:t>
            </w:r>
          </w:p>
        </w:tc>
        <w:tc>
          <w:tcPr>
            <w:tcW w:w="3146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BE5865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Uglavnom samostalno planira jednostavne korake, provjerava rezultat i uz manju pomoć otklan</w:t>
            </w:r>
            <w:r>
              <w:rPr>
                <w:sz w:val="15"/>
              </w:rPr>
              <w:t>ja pogrešku.</w:t>
            </w:r>
          </w:p>
        </w:tc>
        <w:tc>
          <w:tcPr>
            <w:tcW w:w="3146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51FD4C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Samostalno odabire i provodi učinkovit postupak, sustavno provjerava rješenje i ispravlja pogreške.</w:t>
            </w:r>
          </w:p>
        </w:tc>
        <w:tc>
          <w:tcPr>
            <w:tcW w:w="3203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6F27F3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Oblikuje, uspoređuje i poboljšava različita rješenja novog problema te jasno argumentira odabrani pristup.</w:t>
            </w:r>
          </w:p>
        </w:tc>
      </w:tr>
      <w:tr w:rsidR="002F0827" w14:paraId="03A5544E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C9E9FB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 xml:space="preserve">Digitalni sadržaji i </w:t>
            </w:r>
            <w:r>
              <w:rPr>
                <w:sz w:val="15"/>
              </w:rPr>
              <w:t>suradnja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2217E7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Prema uputama izrađuje osnovni sadržaj i uz podsjetnik poštuje pravila privatnosti, autorskih prava i suradnje.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FBCAF7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Izrađuje funkcionalan i pregledan sadržaj, uglavnom pravilno navodi izvore i pouzdano izvršava dogovoreni dio rada.</w:t>
            </w:r>
          </w:p>
        </w:tc>
        <w:tc>
          <w:tcPr>
            <w:tcW w:w="314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A63B9A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Samostalno izrađuje dobro organiziran i kvalitetan sadržaj, kritički bira izvore te odgovorno komunicira i surađuje.</w:t>
            </w:r>
          </w:p>
        </w:tc>
        <w:tc>
          <w:tcPr>
            <w:tcW w:w="32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493C91" w14:textId="77777777" w:rsidR="002F0827" w:rsidRDefault="007E5B07">
            <w:pPr>
              <w:spacing w:after="20"/>
              <w:rPr>
                <w:rFonts w:hint="eastAsia"/>
              </w:rPr>
            </w:pPr>
            <w:r>
              <w:rPr>
                <w:sz w:val="15"/>
              </w:rPr>
              <w:t>Stvara originalan, svrhovit i tehnički dorađen sadržaj, dosljedno primjenjuje etička i pravna pravila te potiče i unapređuje timski rad.</w:t>
            </w:r>
          </w:p>
        </w:tc>
      </w:tr>
    </w:tbl>
    <w:p w14:paraId="789FEEB4" w14:textId="77777777" w:rsidR="002F0827" w:rsidRDefault="007E5B07">
      <w:pPr>
        <w:spacing w:before="80"/>
        <w:rPr>
          <w:rFonts w:hint="eastAsia"/>
        </w:rPr>
      </w:pPr>
      <w:r>
        <w:rPr>
          <w:b/>
          <w:color w:val="1F4E78"/>
        </w:rPr>
        <w:t>N</w:t>
      </w:r>
      <w:r>
        <w:rPr>
          <w:b/>
          <w:color w:val="1F4E78"/>
        </w:rPr>
        <w:t xml:space="preserve">apomena: </w:t>
      </w:r>
      <w:r>
        <w:t>Svaka viša razina ostvarenosti podrazumijeva i kvalitetno ostvarene zahtjeve nižih razina. Kriteriji se primjenjuju u skladu s vrstom zadatka, dostupnim alatima i dogovorenim načinom rada.</w:t>
      </w:r>
    </w:p>
    <w:p w14:paraId="2A955C57" w14:textId="77777777" w:rsidR="002F0827" w:rsidRDefault="007E5B07">
      <w:pPr>
        <w:pStyle w:val="Naslov1"/>
      </w:pPr>
      <w:r>
        <w:t>6. Zaključivanje ocjene</w:t>
      </w:r>
    </w:p>
    <w:p w14:paraId="3F042D47" w14:textId="77777777" w:rsidR="002F0827" w:rsidRDefault="007E5B07">
      <w:pPr>
        <w:pStyle w:val="Grafikeoznake"/>
        <w:rPr>
          <w:rFonts w:hint="eastAsia"/>
        </w:rPr>
      </w:pPr>
      <w:r>
        <w:t>Zaključna ocjena rezultat je cjelo</w:t>
      </w:r>
      <w:r>
        <w:t>godišnjeg procesa praćenja i vrednovanja te ukupne razine ostvarenosti odgojno-obrazovnih ishoda.</w:t>
      </w:r>
    </w:p>
    <w:p w14:paraId="1E49D510" w14:textId="77777777" w:rsidR="002F0827" w:rsidRDefault="007E5B07">
      <w:pPr>
        <w:pStyle w:val="Grafikeoznake"/>
        <w:rPr>
          <w:rFonts w:hint="eastAsia"/>
        </w:rPr>
      </w:pPr>
      <w:r>
        <w:t xml:space="preserve">Pri zaključivanju se uzimaju u obzir sva tri elementa vrednovanja, različiti oblici provjere, kvaliteta i kontinuitet učenikova rada te </w:t>
      </w:r>
      <w:r>
        <w:t>napredovanje tijekom školske godine.</w:t>
      </w:r>
    </w:p>
    <w:p w14:paraId="117F793E" w14:textId="77777777" w:rsidR="002F0827" w:rsidRDefault="007E5B07">
      <w:pPr>
        <w:pStyle w:val="Grafikeoznake"/>
        <w:rPr>
          <w:rFonts w:hint="eastAsia"/>
        </w:rPr>
      </w:pPr>
      <w:r>
        <w:lastRenderedPageBreak/>
        <w:t>Aritmetička sredina pojedinačnih ocjena uzima se u obzir kao jedan od pokazatelja učenikove uspješnosti, ali ne određuje automatski zaključnu ocjenu. Zaključna ocjena temelji se na cjelogodišnjem vrednovanju, ukupnoj ra</w:t>
      </w:r>
      <w:r>
        <w:t>zini ostvarenosti odgojno-obrazovnih ishoda, kontinuitetu rada i napredovanju učenika.</w:t>
      </w:r>
    </w:p>
    <w:p w14:paraId="625AFC5D" w14:textId="77777777" w:rsidR="002F0827" w:rsidRDefault="007E5B07">
      <w:pPr>
        <w:pStyle w:val="Grafikeoznake"/>
        <w:rPr>
          <w:rFonts w:hint="eastAsia"/>
        </w:rPr>
      </w:pPr>
      <w:r>
        <w:t>Za pozitivnu zaključnu ocjenu učenik treba na dostatnoj razini ostvariti temeljne ishode iz nastavnih cjelina obrađenih tijekom godine, uz uvažavanje dokaza prikupljenih</w:t>
      </w:r>
      <w:r>
        <w:t xml:space="preserve"> u svim elementima vrednovanja.</w:t>
      </w:r>
    </w:p>
    <w:sectPr w:rsidR="002F0827" w:rsidSect="00034616">
      <w:footerReference w:type="default" r:id="rId8"/>
      <w:pgSz w:w="16838" w:h="11906" w:orient="landscape"/>
      <w:pgMar w:top="737" w:right="850" w:bottom="73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6ECFD" w14:textId="77777777" w:rsidR="007E5B07" w:rsidRDefault="007E5B0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44B531" w14:textId="77777777" w:rsidR="007E5B07" w:rsidRDefault="007E5B0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D31A" w14:textId="77777777" w:rsidR="002F0827" w:rsidRDefault="007E5B07">
    <w:pPr>
      <w:pStyle w:val="Podnoje"/>
      <w:jc w:val="center"/>
      <w:rPr>
        <w:rFonts w:hint="eastAsia"/>
      </w:rPr>
    </w:pPr>
    <w:r>
      <w:rPr>
        <w:color w:val="646464"/>
        <w:sz w:val="16"/>
      </w:rPr>
      <w:t>Informatika • 6. razred • školska godina 2026./2027.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891AC" w14:textId="77777777" w:rsidR="007E5B07" w:rsidRDefault="007E5B0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7836DB1" w14:textId="77777777" w:rsidR="007E5B07" w:rsidRDefault="007E5B0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0827"/>
    <w:rsid w:val="00326F90"/>
    <w:rsid w:val="003E21C6"/>
    <w:rsid w:val="007E5B0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C614A"/>
  <w14:defaultImageDpi w14:val="300"/>
  <w15:docId w15:val="{B0A3FAE9-6718-4AE3-A062-3EB364ED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učenika – Informatika, 6. razred</dc:title>
  <dc:subject>Kriteriji vrednovanja za školsku godinu 2026./2027.</dc:subject>
  <dc:creator>python-docx</dc:creator>
  <cp:keywords/>
  <dc:description>generated by python-docx</dc:description>
  <cp:lastModifiedBy>Marina Grabar Branilović</cp:lastModifiedBy>
  <cp:revision>2</cp:revision>
  <dcterms:created xsi:type="dcterms:W3CDTF">2013-12-23T23:15:00Z</dcterms:created>
  <dcterms:modified xsi:type="dcterms:W3CDTF">2026-08-27T09:00:00Z</dcterms:modified>
  <cp:category/>
</cp:coreProperties>
</file>