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1D90" w14:textId="77777777" w:rsidR="005F2ACC" w:rsidRPr="005F2ACC" w:rsidRDefault="005F2ACC" w:rsidP="005F2ACC">
      <w:pPr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OŠ NEDELIŠĆE</w:t>
      </w:r>
    </w:p>
    <w:p w14:paraId="2D4EE193" w14:textId="77777777" w:rsidR="005F2ACC" w:rsidRPr="005F2ACC" w:rsidRDefault="005F2ACC" w:rsidP="005F2ACC">
      <w:pPr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UČITELJ: KRISTINA HORVAT</w:t>
      </w:r>
    </w:p>
    <w:p w14:paraId="4630A117" w14:textId="77777777" w:rsidR="005F2ACC" w:rsidRPr="005F2ACC" w:rsidRDefault="005F2ACC" w:rsidP="005F2ACC">
      <w:pPr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 xml:space="preserve">ŠKOLSKA GODINA </w:t>
      </w:r>
      <w:proofErr w:type="gramStart"/>
      <w:r w:rsidRPr="005F2ACC">
        <w:rPr>
          <w:rFonts w:ascii="Times New Roman" w:hAnsi="Times New Roman" w:cs="Times New Roman"/>
          <w:sz w:val="24"/>
          <w:szCs w:val="24"/>
        </w:rPr>
        <w:t>2025./</w:t>
      </w:r>
      <w:proofErr w:type="gramEnd"/>
      <w:r w:rsidRPr="005F2ACC">
        <w:rPr>
          <w:rFonts w:ascii="Times New Roman" w:hAnsi="Times New Roman" w:cs="Times New Roman"/>
          <w:sz w:val="24"/>
          <w:szCs w:val="24"/>
        </w:rPr>
        <w:t>2026.</w:t>
      </w:r>
    </w:p>
    <w:p w14:paraId="52A0BD48" w14:textId="77777777" w:rsidR="005F2ACC" w:rsidRPr="005F2ACC" w:rsidRDefault="005F2ACC" w:rsidP="005F2ACC">
      <w:pPr>
        <w:rPr>
          <w:rFonts w:ascii="Times New Roman" w:hAnsi="Times New Roman" w:cs="Times New Roman"/>
          <w:sz w:val="24"/>
          <w:szCs w:val="24"/>
        </w:rPr>
      </w:pPr>
    </w:p>
    <w:p w14:paraId="3050697D" w14:textId="73BA936F" w:rsidR="005F2ACC" w:rsidRPr="005F2ACC" w:rsidRDefault="005F2ACC" w:rsidP="005F2A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 xml:space="preserve">    </w:t>
      </w:r>
      <w:r w:rsidRPr="005F2ACC">
        <w:rPr>
          <w:rFonts w:ascii="Times New Roman" w:hAnsi="Times New Roman" w:cs="Times New Roman"/>
          <w:sz w:val="24"/>
          <w:szCs w:val="24"/>
        </w:rPr>
        <w:tab/>
      </w:r>
      <w:r w:rsidRPr="005F2ACC">
        <w:rPr>
          <w:rFonts w:ascii="Times New Roman" w:hAnsi="Times New Roman" w:cs="Times New Roman"/>
          <w:sz w:val="24"/>
          <w:szCs w:val="24"/>
        </w:rPr>
        <w:tab/>
      </w:r>
      <w:r w:rsidRPr="005F2ACC">
        <w:rPr>
          <w:rFonts w:ascii="Times New Roman" w:hAnsi="Times New Roman" w:cs="Times New Roman"/>
          <w:sz w:val="24"/>
          <w:szCs w:val="24"/>
        </w:rPr>
        <w:tab/>
      </w:r>
      <w:r w:rsidRPr="005F2ACC">
        <w:rPr>
          <w:rFonts w:ascii="Times New Roman" w:hAnsi="Times New Roman" w:cs="Times New Roman"/>
          <w:b/>
          <w:bCs/>
          <w:sz w:val="24"/>
          <w:szCs w:val="24"/>
        </w:rPr>
        <w:t xml:space="preserve">GODIŠNJI PLAN IZVANNASTAVNE AKTIVNOSTI </w:t>
      </w:r>
    </w:p>
    <w:p w14:paraId="17EBAA98" w14:textId="77777777" w:rsidR="005F2ACC" w:rsidRPr="005F2ACC" w:rsidRDefault="005F2ACC" w:rsidP="005F2A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ACC">
        <w:rPr>
          <w:rFonts w:ascii="Times New Roman" w:hAnsi="Times New Roman" w:cs="Times New Roman"/>
          <w:b/>
          <w:bCs/>
          <w:sz w:val="24"/>
          <w:szCs w:val="24"/>
        </w:rPr>
        <w:t xml:space="preserve"> ODBOJKA</w:t>
      </w:r>
    </w:p>
    <w:p w14:paraId="46FC4CF4" w14:textId="77777777" w:rsidR="005F2ACC" w:rsidRPr="005F2ACC" w:rsidRDefault="005F2ACC" w:rsidP="005F2A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5F2ACC" w:rsidRPr="005F2ACC" w14:paraId="7EA5AA51" w14:textId="77777777" w:rsidTr="00694A20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210E45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VREMENSKO RAZDOBLJE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2D60E9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PREDVIĐENI DAN U TJEDNU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EB7713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VRIJEME TIJEKOM RADA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440917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SADRŽAJ RADA</w:t>
            </w:r>
          </w:p>
          <w:p w14:paraId="231D947E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(sadržajne cjeline)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67725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PLANIRANO SATI</w:t>
            </w:r>
          </w:p>
        </w:tc>
      </w:tr>
      <w:tr w:rsidR="005F2ACC" w:rsidRPr="005F2ACC" w14:paraId="424D5F8A" w14:textId="77777777" w:rsidTr="00694A20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483EA80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8.9.2025.-12.6.2026.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43C7FAC1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69EB982D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12,00h-13,30h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0E39DCEE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1. Pravila odbojkaške igre</w:t>
            </w:r>
          </w:p>
          <w:p w14:paraId="5CDD3D1F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2. Servis lopte</w:t>
            </w:r>
          </w:p>
          <w:p w14:paraId="2E7EC3FA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3. Prijem lopte</w:t>
            </w:r>
          </w:p>
          <w:p w14:paraId="50310F02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4. Igra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99A9E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70</w:t>
            </w:r>
          </w:p>
        </w:tc>
      </w:tr>
      <w:tr w:rsidR="005F2ACC" w:rsidRPr="005F2ACC" w14:paraId="360F641E" w14:textId="77777777" w:rsidTr="00694A20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D56F731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  <w:b/>
                <w:bCs/>
              </w:rPr>
            </w:pPr>
            <w:r w:rsidRPr="005F2ACC">
              <w:rPr>
                <w:rFonts w:ascii="Times New Roman" w:hAnsi="Times New Roman" w:cs="Times New Roman"/>
                <w:b/>
                <w:bCs/>
              </w:rPr>
              <w:t>BROJ UČENIKA: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7C55E644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  <w:r w:rsidRPr="005F2AC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066FCC3F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14:paraId="09FB4503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33971" w14:textId="77777777" w:rsidR="005F2ACC" w:rsidRPr="005F2ACC" w:rsidRDefault="005F2ACC" w:rsidP="00694A20">
            <w:pPr>
              <w:pStyle w:val="Sadrajitablice"/>
              <w:rPr>
                <w:rFonts w:ascii="Times New Roman" w:hAnsi="Times New Roman" w:cs="Times New Roman"/>
              </w:rPr>
            </w:pPr>
          </w:p>
        </w:tc>
      </w:tr>
    </w:tbl>
    <w:p w14:paraId="27B28FCA" w14:textId="7E0386B7" w:rsidR="00726457" w:rsidRPr="005F2ACC" w:rsidRDefault="00726457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14:paraId="08430FAE" w14:textId="77777777" w:rsidR="00726457" w:rsidRPr="005F2ACC" w:rsidRDefault="00000000">
      <w:pPr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Cilj:</w:t>
      </w:r>
      <w:r w:rsidRPr="005F2ACC">
        <w:rPr>
          <w:rFonts w:ascii="Times New Roman" w:hAnsi="Times New Roman" w:cs="Times New Roman"/>
          <w:sz w:val="24"/>
          <w:szCs w:val="24"/>
        </w:rPr>
        <w:br/>
        <w:t>Upoznavanje učenika sa osnovama odbojke, pravilima igre, tehnikom servisa i prijema lopte te primjenom naučenih elemenata u sportskoj igri.</w:t>
      </w:r>
      <w:r w:rsidRPr="005F2ACC">
        <w:rPr>
          <w:rFonts w:ascii="Times New Roman" w:hAnsi="Times New Roman" w:cs="Times New Roman"/>
          <w:sz w:val="24"/>
          <w:szCs w:val="24"/>
        </w:rPr>
        <w:br/>
      </w:r>
    </w:p>
    <w:p w14:paraId="0FBD2AC7" w14:textId="77777777" w:rsidR="00726457" w:rsidRPr="005F2ACC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1. UVOD U ODBOJKU I PRAVILA IGRE (10 sati)</w:t>
      </w:r>
    </w:p>
    <w:p w14:paraId="671EE058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Upoznavanje sa odbojkom kao sportskom igrom</w:t>
      </w:r>
    </w:p>
    <w:p w14:paraId="269177D2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Osnovna pravila odbojkaške igre</w:t>
      </w:r>
    </w:p>
    <w:p w14:paraId="35AE83B0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Dimenzije terena i oprema</w:t>
      </w:r>
    </w:p>
    <w:p w14:paraId="02FECCF6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Broj igrača i raspored na terenu</w:t>
      </w:r>
    </w:p>
    <w:p w14:paraId="04099A90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Sistem bodovanja</w:t>
      </w:r>
    </w:p>
    <w:p w14:paraId="7F7B4BB2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Uloge igrača</w:t>
      </w:r>
    </w:p>
    <w:p w14:paraId="3813E424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Sudijske odluke i osnovni znakovi sudija</w:t>
      </w:r>
    </w:p>
    <w:p w14:paraId="6E2406C7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 xml:space="preserve">Fair play </w:t>
      </w:r>
      <w:proofErr w:type="spellStart"/>
      <w:r w:rsidRPr="005F2AC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2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ACC">
        <w:rPr>
          <w:rFonts w:ascii="Times New Roman" w:hAnsi="Times New Roman" w:cs="Times New Roman"/>
          <w:sz w:val="24"/>
          <w:szCs w:val="24"/>
        </w:rPr>
        <w:t>sportsko</w:t>
      </w:r>
      <w:proofErr w:type="spellEnd"/>
      <w:r w:rsidRPr="005F2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ACC">
        <w:rPr>
          <w:rFonts w:ascii="Times New Roman" w:hAnsi="Times New Roman" w:cs="Times New Roman"/>
          <w:sz w:val="24"/>
          <w:szCs w:val="24"/>
        </w:rPr>
        <w:t>ponašanje</w:t>
      </w:r>
      <w:proofErr w:type="spellEnd"/>
    </w:p>
    <w:p w14:paraId="20045F1C" w14:textId="77777777" w:rsidR="005F2ACC" w:rsidRPr="005F2ACC" w:rsidRDefault="005F2ACC" w:rsidP="005F2ACC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724E7FE" w14:textId="77777777" w:rsidR="00726457" w:rsidRPr="005F2ACC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lastRenderedPageBreak/>
        <w:t>2. SERVIS LOPTE (20 sati)</w:t>
      </w:r>
    </w:p>
    <w:p w14:paraId="5DE4E419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Osnovni stav i držanje lopte</w:t>
      </w:r>
    </w:p>
    <w:p w14:paraId="310F716B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Donji servis – tehnika izvođenja</w:t>
      </w:r>
    </w:p>
    <w:p w14:paraId="387EE3A6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Gornji servis – tehnika izvođenja</w:t>
      </w:r>
    </w:p>
    <w:p w14:paraId="76F01F9C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Ciljani servis</w:t>
      </w:r>
    </w:p>
    <w:p w14:paraId="74F9885F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Vježbe preciznosti i snage</w:t>
      </w:r>
    </w:p>
    <w:p w14:paraId="23F1A983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Servis iz mjesta i u kretanju</w:t>
      </w:r>
    </w:p>
    <w:p w14:paraId="0900C9F4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Greške pri servisu i njihovo ispravljanje</w:t>
      </w:r>
    </w:p>
    <w:p w14:paraId="7E50546D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Taktička primjena servisa u igri</w:t>
      </w:r>
    </w:p>
    <w:p w14:paraId="6AC3E20A" w14:textId="77777777" w:rsidR="00726457" w:rsidRPr="005F2ACC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3. PRIJEM LOPTE (20 sati)</w:t>
      </w:r>
    </w:p>
    <w:p w14:paraId="77C390FE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Osnovni stav za prijem</w:t>
      </w:r>
    </w:p>
    <w:p w14:paraId="249E47AD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Prijem lopte čekićem</w:t>
      </w:r>
    </w:p>
    <w:p w14:paraId="673084CC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Prijem lopte prstima</w:t>
      </w:r>
    </w:p>
    <w:p w14:paraId="4B6374DA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Prijem servisa</w:t>
      </w:r>
    </w:p>
    <w:p w14:paraId="4186BADE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Kretanje i pozicioniranje pri prijemu</w:t>
      </w:r>
    </w:p>
    <w:p w14:paraId="68BBB129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Prijem u paru i grupi</w:t>
      </w:r>
    </w:p>
    <w:p w14:paraId="03885BEC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Vježbe kontrole lopte</w:t>
      </w:r>
    </w:p>
    <w:p w14:paraId="213B2109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Najčešće greške i korekcija tehnike</w:t>
      </w:r>
    </w:p>
    <w:p w14:paraId="746F27DD" w14:textId="77777777" w:rsidR="00726457" w:rsidRPr="005F2ACC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4. SPORTSKA IGRA (20 sati)</w:t>
      </w:r>
    </w:p>
    <w:p w14:paraId="67594211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Jednostavne igre 2 na 2, 3 na 3</w:t>
      </w:r>
    </w:p>
    <w:p w14:paraId="66487EE2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Mini odbojka</w:t>
      </w:r>
    </w:p>
    <w:p w14:paraId="063895D9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Povezivanje servisa i prijema</w:t>
      </w:r>
    </w:p>
    <w:p w14:paraId="43D94EF8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Igra 6 na 6 (prilagođena)</w:t>
      </w:r>
    </w:p>
    <w:p w14:paraId="02B74F39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Osnovni elementi taktike</w:t>
      </w:r>
    </w:p>
    <w:p w14:paraId="4D66E9FD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Rotacija igrača</w:t>
      </w:r>
    </w:p>
    <w:p w14:paraId="002B762B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Školska takmičenja</w:t>
      </w:r>
    </w:p>
    <w:p w14:paraId="1E60FF47" w14:textId="77777777" w:rsidR="00726457" w:rsidRPr="005F2ACC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t>Analiza igre i samovrednovanje</w:t>
      </w:r>
    </w:p>
    <w:p w14:paraId="0A2E0E5B" w14:textId="77777777" w:rsidR="00726457" w:rsidRPr="005F2ACC" w:rsidRDefault="00000000">
      <w:pPr>
        <w:rPr>
          <w:rFonts w:ascii="Times New Roman" w:hAnsi="Times New Roman" w:cs="Times New Roman"/>
          <w:sz w:val="24"/>
          <w:szCs w:val="24"/>
        </w:rPr>
      </w:pPr>
      <w:r w:rsidRPr="005F2ACC">
        <w:rPr>
          <w:rFonts w:ascii="Times New Roman" w:hAnsi="Times New Roman" w:cs="Times New Roman"/>
          <w:sz w:val="24"/>
          <w:szCs w:val="24"/>
        </w:rPr>
        <w:br/>
        <w:t>UKUPAN FOND SATI: 70</w:t>
      </w:r>
    </w:p>
    <w:sectPr w:rsidR="00726457" w:rsidRPr="005F2AC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8397548">
    <w:abstractNumId w:val="8"/>
  </w:num>
  <w:num w:numId="2" w16cid:durableId="1767265040">
    <w:abstractNumId w:val="6"/>
  </w:num>
  <w:num w:numId="3" w16cid:durableId="556279165">
    <w:abstractNumId w:val="5"/>
  </w:num>
  <w:num w:numId="4" w16cid:durableId="335349297">
    <w:abstractNumId w:val="4"/>
  </w:num>
  <w:num w:numId="5" w16cid:durableId="2064601897">
    <w:abstractNumId w:val="7"/>
  </w:num>
  <w:num w:numId="6" w16cid:durableId="1638292137">
    <w:abstractNumId w:val="3"/>
  </w:num>
  <w:num w:numId="7" w16cid:durableId="1535922211">
    <w:abstractNumId w:val="2"/>
  </w:num>
  <w:num w:numId="8" w16cid:durableId="1644457271">
    <w:abstractNumId w:val="1"/>
  </w:num>
  <w:num w:numId="9" w16cid:durableId="25200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5B7"/>
    <w:rsid w:val="0029639D"/>
    <w:rsid w:val="00326F90"/>
    <w:rsid w:val="005A30BA"/>
    <w:rsid w:val="005F2ACC"/>
    <w:rsid w:val="0072645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D01DA"/>
  <w14:defaultImageDpi w14:val="300"/>
  <w15:docId w15:val="{13877A96-BC19-4ECC-BB38-BF4F25A6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adrajitablice">
    <w:name w:val="Sadržaji tablice"/>
    <w:basedOn w:val="Normal"/>
    <w:qFormat/>
    <w:rsid w:val="005F2ACC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Horvat</cp:lastModifiedBy>
  <cp:revision>2</cp:revision>
  <dcterms:created xsi:type="dcterms:W3CDTF">2026-01-13T07:58:00Z</dcterms:created>
  <dcterms:modified xsi:type="dcterms:W3CDTF">2026-01-13T07:58:00Z</dcterms:modified>
  <cp:category/>
</cp:coreProperties>
</file>